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2C501" w14:textId="77777777" w:rsidR="007262E5" w:rsidRDefault="000D3762">
      <w:pPr>
        <w:spacing w:after="60"/>
        <w:jc w:val="center"/>
        <w:rPr>
          <w:lang w:eastAsia="ja-JP"/>
        </w:rPr>
      </w:pPr>
      <w:r>
        <w:rPr>
          <w:b/>
          <w:sz w:val="32"/>
          <w:lang w:eastAsia="ja-JP"/>
        </w:rPr>
        <w:t>レオンコロ弦楽四重奏団</w:t>
      </w:r>
    </w:p>
    <w:p w14:paraId="379C854A" w14:textId="77777777" w:rsidR="007262E5" w:rsidRDefault="000D3762">
      <w:pPr>
        <w:spacing w:after="160"/>
        <w:jc w:val="center"/>
        <w:rPr>
          <w:lang w:eastAsia="ja-JP"/>
        </w:rPr>
      </w:pPr>
      <w:r>
        <w:rPr>
          <w:b/>
          <w:sz w:val="22"/>
          <w:lang w:eastAsia="ja-JP"/>
        </w:rPr>
        <w:t>LEONKORO QUARTET</w:t>
      </w:r>
    </w:p>
    <w:p w14:paraId="0AB23E21" w14:textId="77777777" w:rsidR="007262E5" w:rsidRDefault="000D3762">
      <w:pPr>
        <w:spacing w:after="0"/>
        <w:jc w:val="center"/>
        <w:rPr>
          <w:lang w:eastAsia="ja-JP"/>
        </w:rPr>
      </w:pPr>
      <w:r>
        <w:rPr>
          <w:lang w:eastAsia="ja-JP"/>
        </w:rPr>
        <w:t>ヨナタン・昌貴・シュヴァルツ（ヴァイオリン）</w:t>
      </w:r>
    </w:p>
    <w:p w14:paraId="73062E15" w14:textId="77777777" w:rsidR="007262E5" w:rsidRDefault="000D3762">
      <w:pPr>
        <w:spacing w:after="0"/>
        <w:jc w:val="center"/>
        <w:rPr>
          <w:lang w:eastAsia="ja-JP"/>
        </w:rPr>
      </w:pPr>
      <w:r>
        <w:rPr>
          <w:lang w:eastAsia="ja-JP"/>
        </w:rPr>
        <w:t>垣内絵実梨（ヴァイオリン）</w:t>
      </w:r>
    </w:p>
    <w:p w14:paraId="4F22E160" w14:textId="77777777" w:rsidR="007262E5" w:rsidRDefault="000D3762">
      <w:pPr>
        <w:spacing w:after="0"/>
        <w:jc w:val="center"/>
        <w:rPr>
          <w:lang w:eastAsia="ja-JP"/>
        </w:rPr>
      </w:pPr>
      <w:r>
        <w:rPr>
          <w:lang w:eastAsia="ja-JP"/>
        </w:rPr>
        <w:t>近衞麻由（ヴィオラ）</w:t>
      </w:r>
    </w:p>
    <w:p w14:paraId="082D028F" w14:textId="77777777" w:rsidR="007262E5" w:rsidRDefault="000D3762">
      <w:pPr>
        <w:spacing w:after="0"/>
        <w:jc w:val="center"/>
        <w:rPr>
          <w:lang w:eastAsia="ja-JP"/>
        </w:rPr>
      </w:pPr>
      <w:r>
        <w:rPr>
          <w:lang w:eastAsia="ja-JP"/>
        </w:rPr>
        <w:t>ルカス・実・シュヴァルツ（チェロ）</w:t>
      </w:r>
    </w:p>
    <w:p w14:paraId="41C7E3E4" w14:textId="77777777" w:rsidR="007262E5" w:rsidRDefault="007262E5">
      <w:pPr>
        <w:spacing w:after="40"/>
        <w:rPr>
          <w:lang w:eastAsia="ja-JP"/>
        </w:rPr>
      </w:pPr>
    </w:p>
    <w:p w14:paraId="2C7E87A8" w14:textId="3CDBD89B" w:rsidR="007262E5" w:rsidRDefault="000D3762">
      <w:pPr>
        <w:spacing w:after="40" w:line="264" w:lineRule="auto"/>
        <w:ind w:left="454" w:right="454"/>
        <w:rPr>
          <w:lang w:eastAsia="ja-JP"/>
        </w:rPr>
      </w:pPr>
      <w:r>
        <w:rPr>
          <w:sz w:val="20"/>
          <w:lang w:eastAsia="ja-JP"/>
        </w:rPr>
        <w:t>「聴衆を思わず席から立ち上がらせ、熱狂の嵐を巻き起こすほど鮮烈である。</w:t>
      </w:r>
      <w:r w:rsidR="00136BEA" w:rsidRPr="00136BEA">
        <w:rPr>
          <w:sz w:val="20"/>
          <w:lang w:eastAsia="ja-JP"/>
        </w:rPr>
        <w:t>その場で音楽を自在に形づくる力――レオンコロは現在、この力を驚くほど見事に発揮している。</w:t>
      </w:r>
      <w:r w:rsidR="008E4A51" w:rsidRPr="008E4A51">
        <w:rPr>
          <w:sz w:val="20"/>
          <w:lang w:eastAsia="ja-JP"/>
        </w:rPr>
        <w:t>2019年の結成以来、同世代屈指の弦楽四重奏団として世界各地から招かれ、高い評価を受けている。</w:t>
      </w:r>
      <w:r>
        <w:rPr>
          <w:sz w:val="20"/>
          <w:lang w:eastAsia="ja-JP"/>
        </w:rPr>
        <w:t>」</w:t>
      </w:r>
    </w:p>
    <w:p w14:paraId="0D270C1B" w14:textId="77777777" w:rsidR="007262E5" w:rsidRDefault="000D3762">
      <w:pPr>
        <w:spacing w:after="160"/>
        <w:jc w:val="right"/>
        <w:rPr>
          <w:sz w:val="19"/>
          <w:lang w:eastAsia="ja-JP"/>
        </w:rPr>
      </w:pPr>
      <w:r>
        <w:rPr>
          <w:sz w:val="19"/>
          <w:lang w:eastAsia="ja-JP"/>
        </w:rPr>
        <w:t>――『南ドイツ新聞』2026年4月</w:t>
      </w:r>
    </w:p>
    <w:p w14:paraId="588A6B0E" w14:textId="77777777" w:rsidR="00421D92" w:rsidRDefault="00421D92">
      <w:pPr>
        <w:spacing w:after="160"/>
        <w:jc w:val="right"/>
        <w:rPr>
          <w:rFonts w:hint="eastAsia"/>
          <w:lang w:eastAsia="ja-JP"/>
        </w:rPr>
      </w:pPr>
    </w:p>
    <w:p w14:paraId="2E0813A5" w14:textId="61C422AE" w:rsidR="007262E5" w:rsidRDefault="00DF1662">
      <w:pPr>
        <w:spacing w:after="80"/>
        <w:ind w:firstLine="227"/>
        <w:rPr>
          <w:lang w:eastAsia="ja-JP"/>
        </w:rPr>
      </w:pPr>
      <w:r w:rsidRPr="00DF1662">
        <w:rPr>
          <w:lang w:eastAsia="ja-JP"/>
        </w:rPr>
        <w:t>第1ヴァイオリンのヨナタンとチェロのルカスは兄弟である。</w:t>
      </w:r>
      <w:r w:rsidR="00136BEA">
        <w:rPr>
          <w:rFonts w:hint="eastAsia"/>
          <w:lang w:eastAsia="ja-JP"/>
        </w:rPr>
        <w:t>そして</w:t>
      </w:r>
      <w:r w:rsidRPr="00DF1662">
        <w:rPr>
          <w:lang w:eastAsia="ja-JP"/>
        </w:rPr>
        <w:t>第2ヴァイオリンを垣内絵実梨、ヴィオラを近衞麻由が務める。</w:t>
      </w:r>
      <w:r w:rsidR="000D3762">
        <w:rPr>
          <w:lang w:eastAsia="ja-JP"/>
        </w:rPr>
        <w:t>「レオンコロ」</w:t>
      </w:r>
      <w:r w:rsidR="008E4A51">
        <w:rPr>
          <w:rFonts w:hint="eastAsia"/>
          <w:lang w:eastAsia="ja-JP"/>
        </w:rPr>
        <w:t>という名は</w:t>
      </w:r>
      <w:r w:rsidR="000D3762">
        <w:rPr>
          <w:lang w:eastAsia="ja-JP"/>
        </w:rPr>
        <w:t>エスペラント語で「ライオンハート」を意味し、アストリッド・リンドグレーンが二人の兄弟を描いた児童文学『はるかな国の兄弟』</w:t>
      </w:r>
      <w:r>
        <w:rPr>
          <w:lang w:eastAsia="ja-JP"/>
        </w:rPr>
        <w:t>に由来する。</w:t>
      </w:r>
      <w:r w:rsidR="009B5CE5" w:rsidRPr="009B5CE5">
        <w:rPr>
          <w:lang w:eastAsia="ja-JP"/>
        </w:rPr>
        <w:t>この物語は、死という重い現実を描きながらも、そこに温かな慰めを与えており、多くの弦楽四重奏曲</w:t>
      </w:r>
      <w:r w:rsidR="009B5CE5">
        <w:rPr>
          <w:rFonts w:hint="eastAsia"/>
          <w:lang w:eastAsia="ja-JP"/>
        </w:rPr>
        <w:t>に</w:t>
      </w:r>
      <w:r w:rsidR="009B5CE5" w:rsidRPr="009B5CE5">
        <w:rPr>
          <w:lang w:eastAsia="ja-JP"/>
        </w:rPr>
        <w:t>通じるものがある。</w:t>
      </w:r>
    </w:p>
    <w:p w14:paraId="793E989E" w14:textId="27A4014F" w:rsidR="008E4A51" w:rsidRPr="009645A8" w:rsidRDefault="008E4A51" w:rsidP="009645A8">
      <w:pPr>
        <w:spacing w:after="80"/>
        <w:rPr>
          <w:lang w:eastAsia="ja-JP"/>
        </w:rPr>
      </w:pPr>
    </w:p>
    <w:p w14:paraId="06E65E63" w14:textId="4FAA6A26" w:rsidR="007262E5" w:rsidRDefault="000D3762">
      <w:pPr>
        <w:spacing w:after="80"/>
        <w:ind w:firstLine="227"/>
        <w:rPr>
          <w:lang w:eastAsia="ja-JP"/>
        </w:rPr>
      </w:pPr>
      <w:r>
        <w:rPr>
          <w:lang w:eastAsia="ja-JP"/>
        </w:rPr>
        <w:t>レオンコロ弦楽四重奏団は</w:t>
      </w:r>
      <w:r w:rsidR="009645A8">
        <w:rPr>
          <w:lang w:eastAsia="ja-JP"/>
        </w:rPr>
        <w:t>2022年以降、</w:t>
      </w:r>
      <w:r>
        <w:rPr>
          <w:lang w:eastAsia="ja-JP"/>
        </w:rPr>
        <w:t>数々の権威ある賞を受賞し、同世代でもっとも注目を集めるアンサンブルの一つとしての地位を確立してきた。まずユルゲン・ポント財団音楽賞を受賞。続いてロンドンのウィグモア・ホール国際弦楽四重奏コンクールで</w:t>
      </w:r>
      <w:r w:rsidR="008E4A51">
        <w:rPr>
          <w:rFonts w:hint="eastAsia"/>
          <w:lang w:eastAsia="ja-JP"/>
        </w:rPr>
        <w:t>優勝し</w:t>
      </w:r>
      <w:r>
        <w:rPr>
          <w:lang w:eastAsia="ja-JP"/>
        </w:rPr>
        <w:t>、</w:t>
      </w:r>
      <w:r w:rsidR="00DF1662" w:rsidRPr="00DF1662">
        <w:rPr>
          <w:lang w:eastAsia="ja-JP"/>
        </w:rPr>
        <w:t>演奏解釈に関する賞のほか、レジデンシーや演奏会出演の機会などを含む9つの特別賞も獲得した。</w:t>
      </w:r>
      <w:r>
        <w:rPr>
          <w:lang w:eastAsia="ja-JP"/>
        </w:rPr>
        <w:t>さらにボルドー国際弦楽四重奏コンクール</w:t>
      </w:r>
      <w:r w:rsidR="008E4A51">
        <w:rPr>
          <w:rFonts w:hint="eastAsia"/>
          <w:lang w:eastAsia="ja-JP"/>
        </w:rPr>
        <w:t>で優勝。</w:t>
      </w:r>
      <w:r>
        <w:rPr>
          <w:lang w:eastAsia="ja-JP"/>
        </w:rPr>
        <w:t>聴衆賞、若手聴衆賞にも選ばれた。その直後にはBBC Radio 3「ニュー・ジェネレーション・アーティスト」2022–2024に選出され、2022年末にはMERITO弦楽四重奏賞を受賞した。</w:t>
      </w:r>
    </w:p>
    <w:p w14:paraId="1A0390E6" w14:textId="77777777" w:rsidR="008E4A51" w:rsidRDefault="008E4A51">
      <w:pPr>
        <w:spacing w:after="80"/>
        <w:ind w:firstLine="227"/>
        <w:rPr>
          <w:lang w:eastAsia="ja-JP"/>
        </w:rPr>
      </w:pPr>
    </w:p>
    <w:p w14:paraId="4EBFAD58" w14:textId="25914D41" w:rsidR="007262E5" w:rsidRDefault="000D3762" w:rsidP="009645A8">
      <w:pPr>
        <w:spacing w:after="80"/>
        <w:ind w:firstLine="227"/>
        <w:rPr>
          <w:lang w:eastAsia="ja-JP"/>
        </w:rPr>
      </w:pPr>
      <w:r>
        <w:rPr>
          <w:lang w:eastAsia="ja-JP"/>
        </w:rPr>
        <w:t>2024年3月にはアムステルダム・コンセルトヘボウのヤング・タレント賞を授与され、</w:t>
      </w:r>
      <w:r w:rsidR="00136BEA" w:rsidRPr="00136BEA">
        <w:rPr>
          <w:lang w:eastAsia="ja-JP"/>
        </w:rPr>
        <w:t>これを機、同ホールとの継続的な関係が始まった。</w:t>
      </w:r>
      <w:r>
        <w:rPr>
          <w:lang w:eastAsia="ja-JP"/>
        </w:rPr>
        <w:t>続く2024/25シーズン初頭にはボルレッティ＝ブイトーニ・トラスト賞、ならびにメクレンブルク＝フォアポンメルン音楽祭のティーマン・アンサンブル賞を受賞。2025年7月にはラインガウ音楽祭のロット奨励賞を受賞した。2025/26シーズンからは、ウィーン・コンツェルトハウス</w:t>
      </w:r>
      <w:r w:rsidR="006275DB">
        <w:rPr>
          <w:rFonts w:hint="eastAsia"/>
          <w:lang w:eastAsia="ja-JP"/>
        </w:rPr>
        <w:t>において</w:t>
      </w:r>
      <w:r>
        <w:rPr>
          <w:lang w:eastAsia="ja-JP"/>
        </w:rPr>
        <w:t>弦楽四重奏シリーズ「string.」を展開して</w:t>
      </w:r>
      <w:r w:rsidR="009645A8">
        <w:rPr>
          <w:rFonts w:hint="eastAsia"/>
          <w:lang w:eastAsia="ja-JP"/>
        </w:rPr>
        <w:t>いる</w:t>
      </w:r>
      <w:r w:rsidR="00DF1662" w:rsidRPr="00DF1662">
        <w:rPr>
          <w:lang w:eastAsia="ja-JP"/>
        </w:rPr>
        <w:t>。</w:t>
      </w:r>
      <w:r>
        <w:rPr>
          <w:lang w:eastAsia="ja-JP"/>
        </w:rPr>
        <w:t>2026年9月からはロンドンのウィグモア・ホールで5年間にわたりアソシエイト・アーティストを務め</w:t>
      </w:r>
      <w:r w:rsidR="009645A8">
        <w:rPr>
          <w:rFonts w:hint="eastAsia"/>
          <w:lang w:eastAsia="ja-JP"/>
        </w:rPr>
        <w:t>てい</w:t>
      </w:r>
      <w:r>
        <w:rPr>
          <w:lang w:eastAsia="ja-JP"/>
        </w:rPr>
        <w:t>る。</w:t>
      </w:r>
      <w:r w:rsidRPr="00855805">
        <w:rPr>
          <w:lang w:eastAsia="ja-JP"/>
        </w:rPr>
        <w:t>また2026年から2029年まで、ロンドンの王立音楽院からニーナ・ドラッカー・カルテット・フェロー</w:t>
      </w:r>
      <w:r w:rsidR="00421D92" w:rsidRPr="00421D92">
        <w:rPr>
          <w:lang w:eastAsia="ja-JP"/>
        </w:rPr>
        <w:t>を務める。</w:t>
      </w:r>
    </w:p>
    <w:p w14:paraId="51FD504D" w14:textId="77777777" w:rsidR="008E4A51" w:rsidRPr="008E4A51" w:rsidRDefault="008E4A51">
      <w:pPr>
        <w:spacing w:after="80"/>
        <w:ind w:firstLine="227"/>
        <w:rPr>
          <w:lang w:eastAsia="ja-JP"/>
        </w:rPr>
      </w:pPr>
    </w:p>
    <w:p w14:paraId="2A69D758" w14:textId="63FF9631" w:rsidR="007262E5" w:rsidRPr="00855805" w:rsidRDefault="000D3762">
      <w:pPr>
        <w:spacing w:after="80"/>
        <w:ind w:firstLine="227"/>
        <w:rPr>
          <w:lang w:eastAsia="ja-JP"/>
        </w:rPr>
      </w:pPr>
      <w:r w:rsidRPr="00855805">
        <w:rPr>
          <w:lang w:eastAsia="ja-JP"/>
        </w:rPr>
        <w:t>結成当初からベルリンを音楽活動の拠点として</w:t>
      </w:r>
      <w:r w:rsidR="00421D92">
        <w:rPr>
          <w:rFonts w:hint="eastAsia"/>
          <w:lang w:eastAsia="ja-JP"/>
        </w:rPr>
        <w:t>おり、</w:t>
      </w:r>
      <w:r w:rsidRPr="00421D92">
        <w:rPr>
          <w:lang w:eastAsia="ja-JP"/>
        </w:rPr>
        <w:t>現在はベルリン芸術大学で指導に</w:t>
      </w:r>
      <w:r w:rsidR="00421D92" w:rsidRPr="00421D92">
        <w:rPr>
          <w:rFonts w:hint="eastAsia"/>
          <w:lang w:eastAsia="ja-JP"/>
        </w:rPr>
        <w:t>も</w:t>
      </w:r>
      <w:r w:rsidRPr="00421D92">
        <w:rPr>
          <w:lang w:eastAsia="ja-JP"/>
        </w:rPr>
        <w:t>携わっている。2022年から2024年まで、リューベック音楽大学でアルテミス・カルテットのハイメ・ミュラーに室内楽を師事。また2020年から2025年まで、マドリードの</w:t>
      </w:r>
      <w:r w:rsidR="00DF1662" w:rsidRPr="00421D92">
        <w:rPr>
          <w:lang w:eastAsia="ja-JP"/>
        </w:rPr>
        <w:t>ソフィア王妃</w:t>
      </w:r>
      <w:r w:rsidR="00DF1662" w:rsidRPr="00DF1662">
        <w:rPr>
          <w:lang w:eastAsia="ja-JP"/>
        </w:rPr>
        <w:t>高等音楽院の国際室内楽研究所</w:t>
      </w:r>
      <w:r>
        <w:rPr>
          <w:lang w:eastAsia="ja-JP"/>
        </w:rPr>
        <w:t>においてアルバン・ベルク弦楽四重奏団の第1ヴァイオリン奏者ギュンター・ピヒラーのも</w:t>
      </w:r>
      <w:r>
        <w:rPr>
          <w:lang w:eastAsia="ja-JP"/>
        </w:rPr>
        <w:lastRenderedPageBreak/>
        <w:t>とで研鑽を積んだ。</w:t>
      </w:r>
      <w:r w:rsidR="008E4A51" w:rsidRPr="008E4A51">
        <w:rPr>
          <w:lang w:eastAsia="ja-JP"/>
        </w:rPr>
        <w:t>そのほか、アルテミス・カルテットのエッカ</w:t>
      </w:r>
      <w:r w:rsidR="008E4A51" w:rsidRPr="00855805">
        <w:rPr>
          <w:lang w:eastAsia="ja-JP"/>
        </w:rPr>
        <w:t>ルト・ルンゲ、グレゴール・ジークル、ピアニストのアルフレート・ブレンデルらからも指導を受けてきた。</w:t>
      </w:r>
      <w:r w:rsidRPr="00855805">
        <w:rPr>
          <w:lang w:eastAsia="ja-JP"/>
        </w:rPr>
        <w:t>グレゴール・ジークルとは現在も緊密な協力関係を続けている。</w:t>
      </w:r>
    </w:p>
    <w:p w14:paraId="0F9D8F30" w14:textId="77777777" w:rsidR="009645A8" w:rsidRDefault="009645A8">
      <w:pPr>
        <w:spacing w:after="80"/>
        <w:ind w:firstLine="227"/>
        <w:rPr>
          <w:lang w:eastAsia="ja-JP"/>
        </w:rPr>
      </w:pPr>
    </w:p>
    <w:p w14:paraId="397724A9" w14:textId="6B4A89D7" w:rsidR="007262E5" w:rsidRDefault="000D3762" w:rsidP="00252256">
      <w:pPr>
        <w:spacing w:after="80"/>
        <w:ind w:firstLine="227"/>
        <w:rPr>
          <w:lang w:eastAsia="ja-JP"/>
        </w:rPr>
      </w:pPr>
      <w:r>
        <w:rPr>
          <w:lang w:eastAsia="ja-JP"/>
        </w:rPr>
        <w:t xml:space="preserve">2023年秋、モーリス・ラヴェルの弦楽四重奏曲とロベルト・シューマンの弦楽四重奏曲第3番 Op.41-3を収録したデビュー・アルバムをミラーレからリリース。発売からわずか数週間後、フランスの音楽誌『Classica』による「Choc de Classica de </w:t>
      </w:r>
      <w:proofErr w:type="spellStart"/>
      <w:r>
        <w:rPr>
          <w:lang w:eastAsia="ja-JP"/>
        </w:rPr>
        <w:t>l’ann</w:t>
      </w:r>
      <w:r w:rsidRPr="00855805">
        <w:rPr>
          <w:lang w:eastAsia="ja-JP"/>
        </w:rPr>
        <w:t>ée</w:t>
      </w:r>
      <w:proofErr w:type="spellEnd"/>
      <w:r w:rsidRPr="00855805">
        <w:rPr>
          <w:lang w:eastAsia="ja-JP"/>
        </w:rPr>
        <w:t xml:space="preserve"> 2023」を受賞した。また、ドイツ・レコード批評家賞も受賞した。2024年春</w:t>
      </w:r>
      <w:r w:rsidR="00252256" w:rsidRPr="00855805">
        <w:rPr>
          <w:rFonts w:hint="eastAsia"/>
          <w:lang w:eastAsia="ja-JP"/>
        </w:rPr>
        <w:t>には</w:t>
      </w:r>
      <w:r w:rsidRPr="00855805">
        <w:rPr>
          <w:lang w:eastAsia="ja-JP"/>
        </w:rPr>
        <w:t>名門レーベル</w:t>
      </w:r>
      <w:r w:rsidR="008E4A51" w:rsidRPr="00855805">
        <w:rPr>
          <w:rFonts w:hint="eastAsia"/>
          <w:lang w:eastAsia="ja-JP"/>
        </w:rPr>
        <w:t>の</w:t>
      </w:r>
      <w:r w:rsidRPr="00855805">
        <w:rPr>
          <w:lang w:eastAsia="ja-JP"/>
        </w:rPr>
        <w:t>アルファ・クラシックスと契約し、2026年1月にアルバン・ベルク、アントン・ヴェーベルン、エルヴィン・シュル</w:t>
      </w:r>
      <w:r>
        <w:rPr>
          <w:lang w:eastAsia="ja-JP"/>
        </w:rPr>
        <w:t>ホフの作品を収録したアルバム《Out of Vienna》を同レーベルからリリースしている。</w:t>
      </w:r>
    </w:p>
    <w:p w14:paraId="69D4D92E" w14:textId="77777777" w:rsidR="008E4A51" w:rsidRPr="00252256" w:rsidRDefault="008E4A51">
      <w:pPr>
        <w:spacing w:after="80"/>
        <w:ind w:firstLine="227"/>
        <w:rPr>
          <w:lang w:eastAsia="ja-JP"/>
        </w:rPr>
      </w:pPr>
    </w:p>
    <w:p w14:paraId="2AC62B22" w14:textId="4DD9898C" w:rsidR="007262E5" w:rsidRDefault="008E4A51" w:rsidP="008E4A51">
      <w:pPr>
        <w:spacing w:after="80"/>
        <w:ind w:firstLine="227"/>
        <w:rPr>
          <w:lang w:eastAsia="ja-JP"/>
        </w:rPr>
      </w:pPr>
      <w:r w:rsidRPr="008E4A51">
        <w:rPr>
          <w:lang w:eastAsia="ja-JP"/>
        </w:rPr>
        <w:t>2025/26シーズンには世界各地の主要なコンサートシリーズや著名音楽祭に相次いでデビューし、成功を収めた。</w:t>
      </w:r>
      <w:r w:rsidR="000D3762">
        <w:rPr>
          <w:lang w:eastAsia="ja-JP"/>
        </w:rPr>
        <w:t>2026/27シーズンもヴェルビエ音楽祭、グシュタード・メニューイン音楽祭、ストックホルム・コンサートホー</w:t>
      </w:r>
      <w:r w:rsidR="000D3762" w:rsidRPr="00855805">
        <w:rPr>
          <w:lang w:eastAsia="ja-JP"/>
        </w:rPr>
        <w:t>ル、マドリード国立音楽堂、ワルシャワ・フィルハーモニー、フィラデルフィアのキメル・センターなどへの</w:t>
      </w:r>
      <w:r w:rsidR="00252256" w:rsidRPr="00855805">
        <w:rPr>
          <w:rFonts w:hint="eastAsia"/>
          <w:lang w:eastAsia="ja-JP"/>
        </w:rPr>
        <w:t>デビュー</w:t>
      </w:r>
      <w:r w:rsidR="000D3762" w:rsidRPr="00855805">
        <w:rPr>
          <w:lang w:eastAsia="ja-JP"/>
        </w:rPr>
        <w:t>が予定されている。</w:t>
      </w:r>
      <w:r w:rsidRPr="00855805">
        <w:rPr>
          <w:lang w:eastAsia="ja-JP"/>
        </w:rPr>
        <w:t>パリのシャンゼリゼ劇場ではデビュー公演を含む2回の公演を</w:t>
      </w:r>
      <w:r w:rsidR="00252256" w:rsidRPr="00855805">
        <w:rPr>
          <w:rFonts w:hint="eastAsia"/>
          <w:lang w:eastAsia="ja-JP"/>
        </w:rPr>
        <w:t>行い、</w:t>
      </w:r>
      <w:r w:rsidR="000D3762" w:rsidRPr="00855805">
        <w:rPr>
          <w:lang w:eastAsia="ja-JP"/>
        </w:rPr>
        <w:t>ザルツブルク音楽祭、バルセロナ弦楽四重奏ビエンナーレ、ベルリンのピエール・ブーレーズ・ザールにも再</w:t>
      </w:r>
      <w:r w:rsidRPr="00855805">
        <w:rPr>
          <w:rFonts w:hint="eastAsia"/>
          <w:lang w:eastAsia="ja-JP"/>
        </w:rPr>
        <w:t>び</w:t>
      </w:r>
      <w:r w:rsidR="000D3762" w:rsidRPr="00855805">
        <w:rPr>
          <w:lang w:eastAsia="ja-JP"/>
        </w:rPr>
        <w:t>登場する。</w:t>
      </w:r>
    </w:p>
    <w:p w14:paraId="141FE922" w14:textId="77777777" w:rsidR="008E4A51" w:rsidRDefault="008E4A51" w:rsidP="008E4A51">
      <w:pPr>
        <w:spacing w:after="80"/>
        <w:ind w:firstLine="227"/>
        <w:rPr>
          <w:lang w:eastAsia="ja-JP"/>
        </w:rPr>
      </w:pPr>
    </w:p>
    <w:p w14:paraId="4544C703" w14:textId="4A5C9B2D" w:rsidR="007262E5" w:rsidRDefault="00252256">
      <w:pPr>
        <w:spacing w:after="0"/>
        <w:rPr>
          <w:lang w:eastAsia="ja-JP"/>
        </w:rPr>
      </w:pPr>
      <w:r w:rsidRPr="00252256">
        <w:rPr>
          <w:lang w:eastAsia="ja-JP"/>
        </w:rPr>
        <w:t>レオンコロ弦楽四重奏団はピラストロ・アーティストであり、ヘンレ・アプリのアンバサダーも務めている。ヨナタン・シュヴァルツは、非営利財団から貸与されたジョヴァンニ・バッティスタ・グァダニーニ製作の1760年製ヴァイオリンを用いている。垣内絵実梨は、MERITO弦楽器トラスト（MERITO String Instruments Trust GmbH）から1755年製のジョヴァンニ・バッティスタ・グァダ</w:t>
      </w:r>
      <w:r w:rsidRPr="00855805">
        <w:rPr>
          <w:lang w:eastAsia="ja-JP"/>
        </w:rPr>
        <w:t>ニーニを貸与されている。近衞麻由は、個人の支援者から提供されたロレンツォ・ストリオーニ製作のヴィオラ（1790年製）を使用</w:t>
      </w:r>
      <w:r>
        <w:rPr>
          <w:lang w:eastAsia="ja-JP"/>
        </w:rPr>
        <w:t>。ルカス・シュヴァルツは、MERITO弦楽器トラストの貸与による、1595年頃クレモナでアントニオ・アマティとジローラモ・アマティが製作したチェロを演奏している。</w:t>
      </w:r>
    </w:p>
    <w:sectPr w:rsidR="007262E5" w:rsidSect="00034616">
      <w:pgSz w:w="12240" w:h="15840"/>
      <w:pgMar w:top="1247" w:right="1361" w:bottom="1247"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1BDAA" w14:textId="77777777" w:rsidR="00F72C1D" w:rsidRDefault="00F72C1D" w:rsidP="008E4A51">
      <w:pPr>
        <w:spacing w:after="0" w:line="240" w:lineRule="auto"/>
      </w:pPr>
      <w:r>
        <w:separator/>
      </w:r>
    </w:p>
  </w:endnote>
  <w:endnote w:type="continuationSeparator" w:id="0">
    <w:p w14:paraId="5A3156B1" w14:textId="77777777" w:rsidR="00F72C1D" w:rsidRDefault="00F72C1D" w:rsidP="008E4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19ED4" w14:textId="77777777" w:rsidR="00F72C1D" w:rsidRDefault="00F72C1D" w:rsidP="008E4A51">
      <w:pPr>
        <w:spacing w:after="0" w:line="240" w:lineRule="auto"/>
      </w:pPr>
      <w:r>
        <w:separator/>
      </w:r>
    </w:p>
  </w:footnote>
  <w:footnote w:type="continuationSeparator" w:id="0">
    <w:p w14:paraId="1615CA81" w14:textId="77777777" w:rsidR="00F72C1D" w:rsidRDefault="00F72C1D" w:rsidP="008E4A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345908954">
    <w:abstractNumId w:val="8"/>
  </w:num>
  <w:num w:numId="2" w16cid:durableId="1029840134">
    <w:abstractNumId w:val="6"/>
  </w:num>
  <w:num w:numId="3" w16cid:durableId="1731726997">
    <w:abstractNumId w:val="5"/>
  </w:num>
  <w:num w:numId="4" w16cid:durableId="1657611250">
    <w:abstractNumId w:val="4"/>
  </w:num>
  <w:num w:numId="5" w16cid:durableId="1116095552">
    <w:abstractNumId w:val="7"/>
  </w:num>
  <w:num w:numId="6" w16cid:durableId="1239100579">
    <w:abstractNumId w:val="3"/>
  </w:num>
  <w:num w:numId="7" w16cid:durableId="13315155">
    <w:abstractNumId w:val="2"/>
  </w:num>
  <w:num w:numId="8" w16cid:durableId="1117869090">
    <w:abstractNumId w:val="1"/>
  </w:num>
  <w:num w:numId="9" w16cid:durableId="1835144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2DDE"/>
    <w:rsid w:val="000D3762"/>
    <w:rsid w:val="001118FA"/>
    <w:rsid w:val="00136BEA"/>
    <w:rsid w:val="0015074B"/>
    <w:rsid w:val="00252256"/>
    <w:rsid w:val="0029639D"/>
    <w:rsid w:val="00326F90"/>
    <w:rsid w:val="0039669E"/>
    <w:rsid w:val="00402B6E"/>
    <w:rsid w:val="00421D92"/>
    <w:rsid w:val="005C2B6A"/>
    <w:rsid w:val="006275DB"/>
    <w:rsid w:val="007262E5"/>
    <w:rsid w:val="00750B51"/>
    <w:rsid w:val="007F38B4"/>
    <w:rsid w:val="00855805"/>
    <w:rsid w:val="008E4A51"/>
    <w:rsid w:val="009645A8"/>
    <w:rsid w:val="009B5CE5"/>
    <w:rsid w:val="00AA1D8D"/>
    <w:rsid w:val="00AF257B"/>
    <w:rsid w:val="00B47730"/>
    <w:rsid w:val="00C10982"/>
    <w:rsid w:val="00C6383E"/>
    <w:rsid w:val="00CB0664"/>
    <w:rsid w:val="00DF1662"/>
    <w:rsid w:val="00F72C1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24062061"/>
  <w14:defaultImageDpi w14:val="300"/>
  <w15:docId w15:val="{29C5B880-95AC-471B-9953-59822A8CA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ＭＳ ゴシック" w:eastAsia="ＭＳ ゴシック" w:hAnsi="ＭＳ ゴシック"/>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Pages>
  <Words>335</Words>
  <Characters>1913</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レオンコロ弦楽四重奏団 日本語プロフィール</vt:lpstr>
      <vt:lpstr/>
    </vt:vector>
  </TitlesOfParts>
  <Manager/>
  <Company/>
  <LinksUpToDate>false</LinksUpToDate>
  <CharactersWithSpaces>2244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レオンコロ弦楽四重奏団 日本語プロフィール</dc:title>
  <dc:subject>2026/2027 Biography Japanese Translation</dc:subject>
  <dc:creator>Office Yamane LLC</dc:creator>
  <cp:keywords/>
  <dc:description>generated by python-docx</dc:description>
  <cp:lastModifiedBy>Goro YAMANE</cp:lastModifiedBy>
  <cp:revision>7</cp:revision>
  <cp:lastPrinted>2026-10-21T09:05:00Z</cp:lastPrinted>
  <dcterms:created xsi:type="dcterms:W3CDTF">2026-09-25T05:06:00Z</dcterms:created>
  <dcterms:modified xsi:type="dcterms:W3CDTF">2026-10-21T09:15:00Z</dcterms:modified>
  <cp:category/>
</cp:coreProperties>
</file>